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80FE" w14:textId="77777777" w:rsidR="00953D08" w:rsidRDefault="00000000" w:rsidP="006516E7">
      <w:pPr>
        <w:pStyle w:val="AushangTitle"/>
        <w:spacing w:before="0" w:after="368"/>
      </w:pPr>
      <w:r>
        <w:rPr>
          <w:rFonts w:cs="Suisse Int'l Light"/>
          <w:szCs w:val="64"/>
        </w:rPr>
        <w:t>[[AUSHANG_TITLE]]</w:t>
      </w:r>
    </w:p>
    <w:p w14:paraId="4B005F2C" w14:textId="77777777" w:rsidR="00953D08" w:rsidRDefault="00000000">
      <w:pPr>
        <w:pStyle w:val="AushangDate"/>
        <w:spacing w:after="368"/>
      </w:pPr>
      <w:r>
        <w:rPr>
          <w:rFonts w:cs="Suisse Int'l Light"/>
          <w:szCs w:val="24"/>
        </w:rPr>
        <w:t>[[AUSHANG_DATE]]</w:t>
      </w:r>
    </w:p>
    <w:p w14:paraId="684FFF16" w14:textId="77777777" w:rsidR="00953D08" w:rsidRDefault="00000000" w:rsidP="00DC7FBE">
      <w:pPr>
        <w:pStyle w:val="AushangBody"/>
        <w:jc w:val="both"/>
      </w:pPr>
      <w:r>
        <w:rPr>
          <w:rFonts w:cs="Suisse Int'l Light"/>
          <w:szCs w:val="28"/>
        </w:rPr>
        <w:t>[[AUSHANG_BODY]]</w:t>
      </w:r>
    </w:p>
    <w:sectPr w:rsidR="00953D08" w:rsidSect="006516E7">
      <w:footerReference w:type="default" r:id="rId8"/>
      <w:pgSz w:w="11906" w:h="16838"/>
      <w:pgMar w:top="1418" w:right="1134" w:bottom="2552" w:left="1134" w:header="56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03883" w14:textId="77777777" w:rsidR="00B3784B" w:rsidRDefault="00B3784B">
      <w:pPr>
        <w:spacing w:after="0" w:line="240" w:lineRule="auto"/>
      </w:pPr>
      <w:r>
        <w:separator/>
      </w:r>
    </w:p>
  </w:endnote>
  <w:endnote w:type="continuationSeparator" w:id="0">
    <w:p w14:paraId="2D9B6390" w14:textId="77777777" w:rsidR="00B3784B" w:rsidRDefault="00B3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uisse Int'l Light">
    <w:panose1 w:val="020B0304000000000000"/>
    <w:charset w:val="00"/>
    <w:family w:val="swiss"/>
    <w:notTrueType/>
    <w:pitch w:val="variable"/>
    <w:sig w:usb0="A000007F" w:usb1="4000203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uisse Int'l Semi Bold">
    <w:panose1 w:val="020B0704000000000000"/>
    <w:charset w:val="00"/>
    <w:family w:val="swiss"/>
    <w:notTrueType/>
    <w:pitch w:val="variable"/>
    <w:sig w:usb0="A000007F" w:usb1="4000203B" w:usb2="00000000" w:usb3="00000000" w:csb0="00000093" w:csb1="00000000"/>
  </w:font>
  <w:font w:name="Suisse Int'l Medium">
    <w:panose1 w:val="020B0604000000000000"/>
    <w:charset w:val="00"/>
    <w:family w:val="swiss"/>
    <w:notTrueType/>
    <w:pitch w:val="variable"/>
    <w:sig w:usb0="A000007F" w:usb1="4000203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A0A7" w14:textId="55B2D5E3" w:rsidR="00A72380" w:rsidRDefault="00A72380">
    <w:pPr>
      <w:pStyle w:val="Fuzeile"/>
    </w:pPr>
  </w:p>
  <w:tbl>
    <w:tblPr>
      <w:tblW w:w="963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7E0" w:firstRow="1" w:lastRow="1" w:firstColumn="1" w:lastColumn="1" w:noHBand="1" w:noVBand="1"/>
    </w:tblPr>
    <w:tblGrid>
      <w:gridCol w:w="4725"/>
      <w:gridCol w:w="3401"/>
      <w:gridCol w:w="378"/>
      <w:gridCol w:w="1134"/>
    </w:tblGrid>
    <w:tr w:rsidR="00953D08" w14:paraId="38EB7B10" w14:textId="77777777">
      <w:trPr>
        <w:cantSplit/>
        <w:trHeight w:hRule="exact" w:val="1133"/>
        <w:jc w:val="right"/>
      </w:trPr>
      <w:tc>
        <w:tcPr>
          <w:tcW w:w="4725" w:type="dxa"/>
          <w:tcBorders>
            <w:top w:val="nil"/>
            <w:left w:val="nil"/>
            <w:bottom w:val="nil"/>
            <w:right w:val="nil"/>
          </w:tcBorders>
        </w:tcPr>
        <w:p w14:paraId="02307351" w14:textId="77777777" w:rsidR="00953D08" w:rsidRDefault="00953D08">
          <w:pPr>
            <w:spacing w:after="0"/>
          </w:pPr>
        </w:p>
      </w:tc>
      <w:tc>
        <w:tcPr>
          <w:tcW w:w="340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7C49E47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6CF8D7F1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21813AB4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75B5D27F" w14:textId="77777777" w:rsidR="00953D08" w:rsidRDefault="00000000">
          <w:pPr>
            <w:spacing w:after="0" w:line="230" w:lineRule="exact"/>
            <w:jc w:val="right"/>
          </w:pPr>
          <w:proofErr w:type="spellStart"/>
          <w:r>
            <w:rPr>
              <w:rFonts w:ascii="Suisse Int'l Medium" w:eastAsia="Suisse Int'l Medium" w:hAnsi="Suisse Int'l Medium" w:cs="Suisse Int'l Medium"/>
              <w:sz w:val="22"/>
            </w:rPr>
            <w:t>Neuapostolische</w:t>
          </w:r>
          <w:proofErr w:type="spellEnd"/>
          <w:r>
            <w:rPr>
              <w:rFonts w:ascii="Suisse Int'l Medium" w:eastAsia="Suisse Int'l Medium" w:hAnsi="Suisse Int'l Medium" w:cs="Suisse Int'l Medium"/>
              <w:sz w:val="22"/>
            </w:rPr>
            <w:t xml:space="preserve"> Kirche</w:t>
          </w:r>
          <w:r>
            <w:rPr>
              <w:rFonts w:ascii="Suisse Int'l Medium" w:eastAsia="Suisse Int'l Medium" w:hAnsi="Suisse Int'l Medium" w:cs="Suisse Int'l Medium"/>
              <w:sz w:val="22"/>
            </w:rPr>
            <w:br/>
          </w:r>
          <w:r>
            <w:rPr>
              <w:rFonts w:cs="Suisse Int'l Light"/>
              <w:sz w:val="22"/>
            </w:rPr>
            <w:t>Berlin-</w:t>
          </w:r>
          <w:proofErr w:type="spellStart"/>
          <w:r>
            <w:rPr>
              <w:rFonts w:cs="Suisse Int'l Light"/>
              <w:sz w:val="22"/>
            </w:rPr>
            <w:t>Reinickendorf</w:t>
          </w:r>
          <w:proofErr w:type="spellEnd"/>
        </w:p>
      </w:tc>
      <w:tc>
        <w:tcPr>
          <w:tcW w:w="37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593A70" w14:textId="77777777" w:rsidR="00953D08" w:rsidRDefault="00953D08"/>
      </w:tc>
      <w:tc>
        <w:tcPr>
          <w:tcW w:w="113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23AE89" w14:textId="77777777" w:rsidR="00953D08" w:rsidRDefault="00000000">
          <w:pPr>
            <w:spacing w:after="0" w:line="1134" w:lineRule="exact"/>
            <w:jc w:val="right"/>
          </w:pPr>
          <w:r>
            <w:rPr>
              <w:noProof/>
            </w:rPr>
            <w:drawing>
              <wp:inline distT="0" distB="0" distL="0" distR="0" wp14:anchorId="5E39B464" wp14:editId="66CA5178">
                <wp:extent cx="720000" cy="720000"/>
                <wp:effectExtent l="0" t="0" r="0" b="0"/>
                <wp:docPr id="95006746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1E95" w14:textId="77777777" w:rsidR="00B3784B" w:rsidRDefault="00B3784B">
      <w:pPr>
        <w:spacing w:after="0" w:line="240" w:lineRule="auto"/>
      </w:pPr>
      <w:r>
        <w:separator/>
      </w:r>
    </w:p>
  </w:footnote>
  <w:footnote w:type="continuationSeparator" w:id="0">
    <w:p w14:paraId="0377FB9A" w14:textId="77777777" w:rsidR="00B3784B" w:rsidRDefault="00B37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0893052">
    <w:abstractNumId w:val="8"/>
  </w:num>
  <w:num w:numId="2" w16cid:durableId="1484194889">
    <w:abstractNumId w:val="6"/>
  </w:num>
  <w:num w:numId="3" w16cid:durableId="156725750">
    <w:abstractNumId w:val="5"/>
  </w:num>
  <w:num w:numId="4" w16cid:durableId="407307325">
    <w:abstractNumId w:val="4"/>
  </w:num>
  <w:num w:numId="5" w16cid:durableId="483668230">
    <w:abstractNumId w:val="7"/>
  </w:num>
  <w:num w:numId="6" w16cid:durableId="756680396">
    <w:abstractNumId w:val="3"/>
  </w:num>
  <w:num w:numId="7" w16cid:durableId="181820099">
    <w:abstractNumId w:val="2"/>
  </w:num>
  <w:num w:numId="8" w16cid:durableId="215044224">
    <w:abstractNumId w:val="1"/>
  </w:num>
  <w:num w:numId="9" w16cid:durableId="174302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73E"/>
    <w:rsid w:val="0015074B"/>
    <w:rsid w:val="0029639D"/>
    <w:rsid w:val="00326F90"/>
    <w:rsid w:val="006410B1"/>
    <w:rsid w:val="006516E7"/>
    <w:rsid w:val="00752859"/>
    <w:rsid w:val="00953D08"/>
    <w:rsid w:val="00A72380"/>
    <w:rsid w:val="00AA1D8D"/>
    <w:rsid w:val="00B3784B"/>
    <w:rsid w:val="00B47730"/>
    <w:rsid w:val="00CB0664"/>
    <w:rsid w:val="00CD2BAD"/>
    <w:rsid w:val="00D268C3"/>
    <w:rsid w:val="00D91161"/>
    <w:rsid w:val="00DC7FBE"/>
    <w:rsid w:val="00FC693F"/>
    <w:rsid w:val="00FD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56E37E"/>
  <w14:defaultImageDpi w14:val="300"/>
  <w15:docId w15:val="{C0F5FAF7-69C9-4A2A-B656-0CBE81D5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60"/>
    </w:pPr>
    <w:rPr>
      <w:rFonts w:ascii="Suisse Int'l Light" w:eastAsia="Suisse Int'l Light" w:hAnsi="Suisse Int'l Light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shangTitle">
    <w:name w:val="AushangTitle"/>
    <w:basedOn w:val="Standard"/>
    <w:pPr>
      <w:keepNext/>
      <w:spacing w:before="850" w:after="567" w:line="760" w:lineRule="exact"/>
    </w:pPr>
    <w:rPr>
      <w:sz w:val="64"/>
    </w:rPr>
  </w:style>
  <w:style w:type="paragraph" w:customStyle="1" w:styleId="AushangDate">
    <w:name w:val="AushangDate"/>
    <w:basedOn w:val="Standard"/>
    <w:pPr>
      <w:keepNext/>
      <w:spacing w:after="567" w:line="320" w:lineRule="exact"/>
    </w:pPr>
    <w:rPr>
      <w:sz w:val="24"/>
    </w:rPr>
  </w:style>
  <w:style w:type="paragraph" w:customStyle="1" w:styleId="AushangBody">
    <w:name w:val="AushangBody"/>
    <w:basedOn w:val="Standard"/>
    <w:pPr>
      <w:spacing w:after="180" w:line="360" w:lineRule="exact"/>
    </w:pPr>
  </w:style>
  <w:style w:type="paragraph" w:customStyle="1" w:styleId="AushangMeta">
    <w:name w:val="AushangMeta"/>
    <w:basedOn w:val="Standard"/>
    <w:pPr>
      <w:spacing w:after="567" w:line="480" w:lineRule="exact"/>
    </w:pPr>
    <w:rPr>
      <w:rFonts w:ascii="Suisse Int'l Semi Bold" w:hAnsi="Suisse Int'l Semi Bold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Aushang-Template - Neuapostolische Kirche Berlin-Reinickendorf</dc:title>
  <dc:subject>Textbasiertes A4-Aushang-Template fuer automatische Befuellung und Pagination</dc:subject>
  <dc:creator>Neuapostolische Kirche Berlin-Reinickendorf</dc:creator>
  <cp:keywords/>
  <dc:description>Platzhalter: [[AUSHANG_TITLE]], [[AUSHANG_DATE]], [[AUSHANG_BODY]]</dc:description>
  <cp:lastModifiedBy>Samuel Bias</cp:lastModifiedBy>
  <cp:revision>5</cp:revision>
  <dcterms:created xsi:type="dcterms:W3CDTF">2013-12-23T23:15:00Z</dcterms:created>
  <dcterms:modified xsi:type="dcterms:W3CDTF">2026-09-05T13:27:00Z</dcterms:modified>
  <cp:category/>
</cp:coreProperties>
</file>